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9F73F" w14:textId="77777777" w:rsidR="00BA44F3" w:rsidRDefault="00CE2302">
      <w:pPr>
        <w:jc w:val="center"/>
      </w:pPr>
      <w:r>
        <w:rPr>
          <w:rFonts w:ascii="Calibri" w:hAnsi="Calibri"/>
          <w:b/>
          <w:color w:val="4F81BD"/>
          <w:sz w:val="36"/>
        </w:rPr>
        <w:t xml:space="preserve">RASPORED KONZULTACIJA </w:t>
      </w:r>
      <w:r w:rsidR="005F01FC">
        <w:rPr>
          <w:rFonts w:ascii="Calibri" w:hAnsi="Calibri"/>
          <w:b/>
          <w:color w:val="4F81BD"/>
          <w:sz w:val="36"/>
        </w:rPr>
        <w:t>RAZREDNIKA S RODITELJIMA</w:t>
      </w:r>
    </w:p>
    <w:p w14:paraId="7CBF311B" w14:textId="77777777" w:rsidR="005F01FC" w:rsidRDefault="005F01FC">
      <w:pPr>
        <w:jc w:val="center"/>
        <w:rPr>
          <w:rFonts w:ascii="Calibri" w:hAnsi="Calibri"/>
          <w:b/>
          <w:i/>
          <w:color w:val="787878"/>
          <w:sz w:val="28"/>
          <w:szCs w:val="28"/>
        </w:rPr>
      </w:pPr>
    </w:p>
    <w:p w14:paraId="4DCBD783" w14:textId="77777777" w:rsidR="00BA44F3" w:rsidRPr="005F01FC" w:rsidRDefault="005F01FC">
      <w:pPr>
        <w:jc w:val="center"/>
        <w:rPr>
          <w:b/>
          <w:sz w:val="28"/>
          <w:szCs w:val="28"/>
        </w:rPr>
      </w:pPr>
      <w:r w:rsidRPr="005F01FC">
        <w:rPr>
          <w:rFonts w:ascii="Calibri" w:hAnsi="Calibri"/>
          <w:b/>
          <w:i/>
          <w:color w:val="787878"/>
          <w:sz w:val="28"/>
          <w:szCs w:val="28"/>
        </w:rPr>
        <w:t>Šk</w:t>
      </w:r>
      <w:r w:rsidR="00CE2302" w:rsidRPr="005F01FC">
        <w:rPr>
          <w:rFonts w:ascii="Calibri" w:hAnsi="Calibri"/>
          <w:b/>
          <w:i/>
          <w:color w:val="787878"/>
          <w:sz w:val="28"/>
          <w:szCs w:val="28"/>
        </w:rPr>
        <w:t>olska godina 2026./2027.</w:t>
      </w:r>
    </w:p>
    <w:p w14:paraId="20179C6D" w14:textId="77777777" w:rsidR="00BA44F3" w:rsidRDefault="00BA44F3"/>
    <w:tbl>
      <w:tblPr>
        <w:tblW w:w="0" w:type="auto"/>
        <w:jc w:val="center"/>
        <w:tblBorders>
          <w:top w:val="single" w:sz="4" w:space="0" w:color="CCCCCC"/>
          <w:bottom w:val="single" w:sz="8" w:space="0" w:color="4F81BD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63"/>
        <w:gridCol w:w="1419"/>
        <w:gridCol w:w="2062"/>
        <w:gridCol w:w="2556"/>
      </w:tblGrid>
      <w:tr w:rsidR="008606FA" w14:paraId="3DFC2558" w14:textId="77777777" w:rsidTr="008606FA">
        <w:trPr>
          <w:jc w:val="center"/>
        </w:trPr>
        <w:tc>
          <w:tcPr>
            <w:tcW w:w="1560" w:type="dxa"/>
            <w:shd w:val="clear" w:color="auto" w:fill="4F81B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D8C149" w14:textId="77777777" w:rsidR="00BA44F3" w:rsidRDefault="00CE2302">
            <w:r>
              <w:rPr>
                <w:rFonts w:ascii="Calibri" w:hAnsi="Calibri"/>
                <w:b/>
                <w:color w:val="FFFFFF"/>
              </w:rPr>
              <w:t xml:space="preserve">Ime i prezime </w:t>
            </w:r>
            <w:r w:rsidR="005F01FC">
              <w:rPr>
                <w:rFonts w:ascii="Calibri" w:hAnsi="Calibri"/>
                <w:b/>
                <w:color w:val="FFFFFF"/>
              </w:rPr>
              <w:t xml:space="preserve">razrednika ili </w:t>
            </w:r>
            <w:r>
              <w:rPr>
                <w:rFonts w:ascii="Calibri" w:hAnsi="Calibri"/>
                <w:b/>
                <w:color w:val="FFFFFF"/>
              </w:rPr>
              <w:t>nastavnika</w:t>
            </w:r>
          </w:p>
        </w:tc>
        <w:tc>
          <w:tcPr>
            <w:tcW w:w="1763" w:type="dxa"/>
            <w:shd w:val="clear" w:color="auto" w:fill="4F81B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A7BF67E" w14:textId="77777777" w:rsidR="00BA44F3" w:rsidRDefault="00CE2302">
            <w:r>
              <w:rPr>
                <w:rFonts w:ascii="Calibri" w:hAnsi="Calibri"/>
                <w:b/>
                <w:color w:val="FFFFFF"/>
              </w:rPr>
              <w:t>Kabinet / Lokacija</w:t>
            </w:r>
          </w:p>
        </w:tc>
        <w:tc>
          <w:tcPr>
            <w:tcW w:w="1419" w:type="dxa"/>
            <w:shd w:val="clear" w:color="auto" w:fill="4F81B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AC2BF9" w14:textId="77777777" w:rsidR="00BA44F3" w:rsidRDefault="00CE2302">
            <w:r>
              <w:rPr>
                <w:rFonts w:ascii="Calibri" w:hAnsi="Calibri"/>
                <w:b/>
                <w:color w:val="FFFFFF"/>
              </w:rPr>
              <w:t>Dan u tjednu</w:t>
            </w:r>
          </w:p>
        </w:tc>
        <w:tc>
          <w:tcPr>
            <w:tcW w:w="2062" w:type="dxa"/>
            <w:shd w:val="clear" w:color="auto" w:fill="4F81B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1FAE06" w14:textId="77777777" w:rsidR="00BA44F3" w:rsidRDefault="00CE2302">
            <w:r>
              <w:rPr>
                <w:rFonts w:ascii="Calibri" w:hAnsi="Calibri"/>
                <w:b/>
                <w:color w:val="FFFFFF"/>
              </w:rPr>
              <w:t>Vrijeme</w:t>
            </w:r>
          </w:p>
        </w:tc>
        <w:tc>
          <w:tcPr>
            <w:tcW w:w="2556" w:type="dxa"/>
            <w:shd w:val="clear" w:color="auto" w:fill="4F81B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63E95B" w14:textId="77777777" w:rsidR="00BA44F3" w:rsidRDefault="00CE2302">
            <w:r>
              <w:rPr>
                <w:rFonts w:ascii="Calibri" w:hAnsi="Calibri"/>
                <w:b/>
                <w:color w:val="FFFFFF"/>
              </w:rPr>
              <w:t>E-mail adresa</w:t>
            </w:r>
          </w:p>
        </w:tc>
      </w:tr>
      <w:tr w:rsidR="008606FA" w14:paraId="1735BED0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318048" w14:textId="77777777" w:rsidR="005F01FC" w:rsidRDefault="005F01FC" w:rsidP="005F01FC">
            <w:pPr>
              <w:pStyle w:val="TableParagraph"/>
              <w:spacing w:before="1" w:line="257" w:lineRule="exact"/>
              <w:rPr>
                <w:sz w:val="24"/>
              </w:rPr>
            </w:pPr>
            <w:bookmarkStart w:id="0" w:name="_Hlk239257958"/>
            <w:r>
              <w:rPr>
                <w:sz w:val="24"/>
              </w:rPr>
              <w:t xml:space="preserve"> Matija Gosler</w:t>
            </w:r>
          </w:p>
        </w:tc>
        <w:tc>
          <w:tcPr>
            <w:tcW w:w="176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12FF6E" w14:textId="77777777" w:rsidR="005F01FC" w:rsidRPr="00263C22" w:rsidRDefault="005F01FC" w:rsidP="00713F46">
            <w:pPr>
              <w:jc w:val="center"/>
              <w:rPr>
                <w:b/>
              </w:rPr>
            </w:pPr>
            <w:r w:rsidRPr="00263C22">
              <w:rPr>
                <w:rFonts w:ascii="Calibri" w:hAnsi="Calibri"/>
                <w:b/>
                <w:sz w:val="21"/>
              </w:rPr>
              <w:t xml:space="preserve">Kabinet </w:t>
            </w:r>
            <w:r w:rsidR="00263C22" w:rsidRPr="00263C22">
              <w:rPr>
                <w:rFonts w:ascii="Calibri" w:hAnsi="Calibri"/>
                <w:b/>
                <w:sz w:val="21"/>
              </w:rPr>
              <w:t>geografije</w:t>
            </w:r>
          </w:p>
        </w:tc>
        <w:tc>
          <w:tcPr>
            <w:tcW w:w="1419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DDFE6B" w14:textId="77777777" w:rsidR="005F01FC" w:rsidRPr="000177A9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Ponedjeljak</w:t>
            </w:r>
          </w:p>
        </w:tc>
        <w:tc>
          <w:tcPr>
            <w:tcW w:w="206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763873" w14:textId="77777777" w:rsidR="005F01FC" w:rsidRPr="000177A9" w:rsidRDefault="005F01FC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10:00 – 12:00</w:t>
            </w:r>
          </w:p>
        </w:tc>
        <w:tc>
          <w:tcPr>
            <w:tcW w:w="255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6044A1" w14:textId="77777777" w:rsidR="005F01FC" w:rsidRPr="000177A9" w:rsidRDefault="008C176D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matija.gosler@skole.hr</w:t>
            </w:r>
          </w:p>
        </w:tc>
      </w:tr>
      <w:tr w:rsidR="008606FA" w14:paraId="552E706E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E601BD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Sanja Špoljarić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DD70C6" w14:textId="77777777" w:rsidR="005F01FC" w:rsidRDefault="008606FA" w:rsidP="00713F46">
            <w:pPr>
              <w:jc w:val="center"/>
            </w:pPr>
            <w:r>
              <w:t>Kabinet stranih jezika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3C2FDA" w14:textId="77777777" w:rsidR="005F01FC" w:rsidRPr="000177A9" w:rsidRDefault="008606FA" w:rsidP="00713F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Ponedjeljak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048275" w14:textId="77777777" w:rsidR="005F01FC" w:rsidRPr="000177A9" w:rsidRDefault="008606FA" w:rsidP="005F01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12:30 – 13:3</w:t>
            </w:r>
            <w:r w:rsidRPr="000177A9">
              <w:rPr>
                <w:rFonts w:ascii="Times New Roman" w:hAnsi="Times New Roman" w:cs="Times New Roman"/>
                <w:sz w:val="21"/>
              </w:rPr>
              <w:t>0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0D8830" w14:textId="77777777" w:rsidR="005F01FC" w:rsidRPr="000177A9" w:rsidRDefault="008C176D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sanja.spoljaric@skole.hr</w:t>
            </w:r>
          </w:p>
        </w:tc>
      </w:tr>
      <w:tr w:rsidR="008606FA" w14:paraId="7120C483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9C0160" w14:textId="77777777" w:rsidR="005F01FC" w:rsidRDefault="005F01FC" w:rsidP="005F01FC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Dragana Medved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EDC2C7" w14:textId="77777777" w:rsidR="005F01FC" w:rsidRDefault="00161B77" w:rsidP="00713F46">
            <w:pPr>
              <w:jc w:val="center"/>
            </w:pPr>
            <w:r>
              <w:t>Kabinet kemije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560C5C" w14:textId="77777777" w:rsidR="005F01FC" w:rsidRPr="000177A9" w:rsidRDefault="00161B77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Utorak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24E484" w14:textId="77777777" w:rsidR="005F01FC" w:rsidRPr="000177A9" w:rsidRDefault="00161B77" w:rsidP="00161B77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15</w:t>
            </w:r>
            <w:r w:rsidR="005F01FC" w:rsidRPr="000177A9">
              <w:rPr>
                <w:rFonts w:ascii="Times New Roman" w:hAnsi="Times New Roman" w:cs="Times New Roman"/>
                <w:sz w:val="21"/>
              </w:rPr>
              <w:t>:00 – 1</w:t>
            </w:r>
            <w:r w:rsidRPr="000177A9">
              <w:rPr>
                <w:rFonts w:ascii="Times New Roman" w:hAnsi="Times New Roman" w:cs="Times New Roman"/>
                <w:sz w:val="21"/>
              </w:rPr>
              <w:t>5:4</w:t>
            </w:r>
            <w:r w:rsidR="005F01FC" w:rsidRPr="000177A9">
              <w:rPr>
                <w:rFonts w:ascii="Times New Roman" w:hAnsi="Times New Roman" w:cs="Times New Roman"/>
                <w:sz w:val="21"/>
              </w:rPr>
              <w:t>0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5F4D2E" w14:textId="77777777" w:rsidR="005F01FC" w:rsidRPr="000177A9" w:rsidRDefault="008C176D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dragana.medved@skole.hr</w:t>
            </w:r>
          </w:p>
        </w:tc>
      </w:tr>
      <w:tr w:rsidR="008606FA" w14:paraId="390F371B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1FB786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Mirta Drokan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D052BF" w14:textId="77777777" w:rsidR="005F01FC" w:rsidRDefault="00161B77" w:rsidP="00713F46">
            <w:pPr>
              <w:jc w:val="center"/>
            </w:pPr>
            <w:r>
              <w:t>Kabinet TZK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030C4E" w14:textId="77777777" w:rsidR="005F01FC" w:rsidRPr="000177A9" w:rsidRDefault="00161B77" w:rsidP="00161B77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Ponedjeljak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FBD889" w14:textId="77777777" w:rsidR="005F01FC" w:rsidRPr="000177A9" w:rsidRDefault="005F01FC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16:00 – 18:00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AEF58F" w14:textId="77777777" w:rsidR="005F01FC" w:rsidRPr="000177A9" w:rsidRDefault="008C176D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mirta.drokan@skole.hr</w:t>
            </w:r>
          </w:p>
        </w:tc>
      </w:tr>
      <w:tr w:rsidR="008606FA" w14:paraId="7B461F84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C1DD94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Dinka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Prenković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5E3748" w14:textId="77777777" w:rsidR="005F01FC" w:rsidRDefault="00161B77" w:rsidP="00713F46">
            <w:pPr>
              <w:jc w:val="center"/>
            </w:pPr>
            <w:r>
              <w:t>Kabinet kemije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7B87B1" w14:textId="77777777" w:rsidR="005F01FC" w:rsidRPr="000177A9" w:rsidRDefault="00161B77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Četvrtak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117688" w14:textId="77777777" w:rsidR="005F01FC" w:rsidRPr="000177A9" w:rsidRDefault="00161B77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13:00 – 14</w:t>
            </w:r>
            <w:r w:rsidR="005F01FC" w:rsidRPr="000177A9">
              <w:rPr>
                <w:rFonts w:ascii="Times New Roman" w:hAnsi="Times New Roman" w:cs="Times New Roman"/>
                <w:sz w:val="21"/>
              </w:rPr>
              <w:t>:00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FD0217" w14:textId="77777777" w:rsidR="005F01FC" w:rsidRPr="000177A9" w:rsidRDefault="008C176D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dinka.prenkovic@skole.hr</w:t>
            </w:r>
          </w:p>
        </w:tc>
      </w:tr>
      <w:bookmarkEnd w:id="0"/>
      <w:tr w:rsidR="008606FA" w14:paraId="7B19119B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341233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Dario</w:t>
            </w:r>
            <w:r>
              <w:rPr>
                <w:spacing w:val="-2"/>
                <w:sz w:val="24"/>
              </w:rPr>
              <w:t xml:space="preserve"> Kovač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AB0320" w14:textId="77777777" w:rsidR="005F01FC" w:rsidRDefault="00161B77" w:rsidP="00713F46">
            <w:pPr>
              <w:jc w:val="center"/>
            </w:pPr>
            <w:r>
              <w:t>Kabinet IK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A398E0" w14:textId="77777777" w:rsidR="005F01FC" w:rsidRPr="000177A9" w:rsidRDefault="00161B77" w:rsidP="00161B77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Peta</w:t>
            </w:r>
            <w:r w:rsidR="005F01FC" w:rsidRPr="000177A9">
              <w:rPr>
                <w:rFonts w:ascii="Times New Roman" w:hAnsi="Times New Roman" w:cs="Times New Roman"/>
                <w:sz w:val="21"/>
              </w:rPr>
              <w:t>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2C9055" w14:textId="77777777" w:rsidR="005F01FC" w:rsidRPr="000177A9" w:rsidRDefault="00161B77" w:rsidP="00161B77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8</w:t>
            </w:r>
            <w:r w:rsidR="005F01FC" w:rsidRPr="000177A9">
              <w:rPr>
                <w:rFonts w:ascii="Times New Roman" w:hAnsi="Times New Roman" w:cs="Times New Roman"/>
                <w:sz w:val="21"/>
              </w:rPr>
              <w:t xml:space="preserve">:00 – </w:t>
            </w:r>
            <w:r w:rsidRPr="000177A9">
              <w:rPr>
                <w:rFonts w:ascii="Times New Roman" w:hAnsi="Times New Roman" w:cs="Times New Roman"/>
                <w:sz w:val="21"/>
              </w:rPr>
              <w:t>09:00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A9E73D" w14:textId="77777777" w:rsidR="005F01FC" w:rsidRPr="000177A9" w:rsidRDefault="00161B77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dario.kovac0112@gmail.com</w:t>
            </w:r>
          </w:p>
        </w:tc>
      </w:tr>
      <w:tr w:rsidR="008606FA" w14:paraId="6087B73C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C570A8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Željka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Orban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7F8E8F" w14:textId="77777777" w:rsidR="005F01FC" w:rsidRDefault="00161B77" w:rsidP="00713F46">
            <w:pPr>
              <w:jc w:val="center"/>
            </w:pPr>
            <w:r>
              <w:t>Kabinet HJ br. 17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8CE043" w14:textId="77777777" w:rsidR="005F01FC" w:rsidRPr="000177A9" w:rsidRDefault="00161B77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Ponedjeljak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843BCA" w14:textId="77777777" w:rsidR="005F01FC" w:rsidRPr="000177A9" w:rsidRDefault="00161B77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3. sat obje smjene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F678DE" w14:textId="77777777" w:rsidR="005F01FC" w:rsidRPr="000177A9" w:rsidRDefault="008C176D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zeljka.orban@skole.hr</w:t>
            </w:r>
          </w:p>
        </w:tc>
      </w:tr>
      <w:tr w:rsidR="008606FA" w14:paraId="1719EC00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8D69CA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Mirjana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Drenski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2040ED" w14:textId="77777777" w:rsidR="005F01FC" w:rsidRDefault="000177A9" w:rsidP="00713F46">
            <w:pPr>
              <w:jc w:val="center"/>
            </w:pPr>
            <w:r>
              <w:t>Kabinet povijesti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679612" w14:textId="77777777" w:rsidR="005F01FC" w:rsidRPr="000177A9" w:rsidRDefault="008606FA" w:rsidP="00713F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Ponedjeljak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F4FF71" w14:textId="77777777" w:rsidR="005F01FC" w:rsidRPr="000177A9" w:rsidRDefault="008606FA" w:rsidP="005F01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12:30 – 13:3</w:t>
            </w:r>
            <w:r w:rsidR="005F01FC" w:rsidRPr="000177A9">
              <w:rPr>
                <w:rFonts w:ascii="Times New Roman" w:hAnsi="Times New Roman" w:cs="Times New Roman"/>
                <w:sz w:val="21"/>
              </w:rPr>
              <w:t>0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F84FCA" w14:textId="77777777" w:rsidR="005F01FC" w:rsidRPr="000177A9" w:rsidRDefault="008C176D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mirjana.drenski@skole.hr</w:t>
            </w:r>
          </w:p>
        </w:tc>
      </w:tr>
      <w:tr w:rsidR="008606FA" w14:paraId="380C57DA" w14:textId="77777777" w:rsidTr="008606FA">
        <w:trPr>
          <w:trHeight w:val="738"/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7F79F7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Lorena Lončarević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76DAE3" w14:textId="77777777" w:rsidR="005F01FC" w:rsidRDefault="000177A9" w:rsidP="00713F46">
            <w:pPr>
              <w:jc w:val="center"/>
            </w:pPr>
            <w:r>
              <w:t>K</w:t>
            </w:r>
            <w:r w:rsidR="00713F46">
              <w:t>abinet matematike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B80E5B" w14:textId="77777777" w:rsidR="005F01FC" w:rsidRPr="000177A9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Četvrtak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0B9560" w14:textId="77777777" w:rsidR="005F01FC" w:rsidRPr="000177A9" w:rsidRDefault="00713F46" w:rsidP="00713F46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7. sat prije ili poslije podne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6E2EF5" w14:textId="77777777" w:rsidR="005F01FC" w:rsidRPr="000177A9" w:rsidRDefault="00713F46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lorena.loncarevic@gmail.com</w:t>
            </w:r>
          </w:p>
        </w:tc>
      </w:tr>
      <w:tr w:rsidR="008606FA" w14:paraId="30399625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9320C8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bookmarkStart w:id="1" w:name="_Hlk239258272"/>
            <w:r>
              <w:rPr>
                <w:sz w:val="24"/>
              </w:rPr>
              <w:t>Goranka Tomšić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5D89A6" w14:textId="77777777" w:rsidR="005F01FC" w:rsidRDefault="000177A9" w:rsidP="00713F46">
            <w:pPr>
              <w:jc w:val="center"/>
            </w:pPr>
            <w:r>
              <w:t xml:space="preserve">Kabinet kemije 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767BD8" w14:textId="77777777" w:rsidR="005F01FC" w:rsidRPr="000177A9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Petak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7A05CE" w14:textId="77777777" w:rsidR="005F01FC" w:rsidRPr="000177A9" w:rsidRDefault="008606FA" w:rsidP="005F01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12:30 – 13:3</w:t>
            </w:r>
            <w:r w:rsidR="005F01FC" w:rsidRPr="000177A9">
              <w:rPr>
                <w:rFonts w:ascii="Times New Roman" w:hAnsi="Times New Roman" w:cs="Times New Roman"/>
                <w:sz w:val="21"/>
              </w:rPr>
              <w:t>0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3D7EE2" w14:textId="77777777" w:rsidR="005F01FC" w:rsidRPr="000177A9" w:rsidRDefault="008C176D" w:rsidP="005F01FC">
            <w:pPr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goranka.tomsic@skole.hr</w:t>
            </w:r>
          </w:p>
        </w:tc>
      </w:tr>
      <w:tr w:rsidR="008606FA" w14:paraId="5C3A865F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41CE9A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>Kata Vidaković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9FB685" w14:textId="77777777" w:rsidR="005F01FC" w:rsidRDefault="000177A9" w:rsidP="00713F46">
            <w:pPr>
              <w:jc w:val="center"/>
            </w:pPr>
            <w:r>
              <w:t>Kabinet matematike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29FE95" w14:textId="77777777" w:rsidR="005F01FC" w:rsidRPr="000177A9" w:rsidRDefault="009843CC" w:rsidP="00713F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Srijeda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18741E" w14:textId="77777777" w:rsidR="005F01FC" w:rsidRPr="009843CC" w:rsidRDefault="009843CC" w:rsidP="009843CC">
            <w:pPr>
              <w:rPr>
                <w:rFonts w:ascii="Times New Roman" w:hAnsi="Times New Roman" w:cs="Times New Roman"/>
              </w:rPr>
            </w:pPr>
            <w:r w:rsidRPr="009843CC">
              <w:rPr>
                <w:rFonts w:ascii="Times New Roman" w:hAnsi="Times New Roman" w:cs="Times New Roman"/>
                <w:sz w:val="21"/>
              </w:rPr>
              <w:t>2. sat obje smjene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2B8281" w14:textId="77777777" w:rsidR="005F01FC" w:rsidRDefault="008C176D" w:rsidP="005F01FC">
            <w:r w:rsidRPr="008C176D">
              <w:rPr>
                <w:rFonts w:ascii="Calibri" w:hAnsi="Calibri"/>
                <w:sz w:val="21"/>
              </w:rPr>
              <w:t>kata.vidakovic@skole.hr</w:t>
            </w:r>
          </w:p>
        </w:tc>
      </w:tr>
      <w:tr w:rsidR="008606FA" w14:paraId="249D01E6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41DFED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Ana Buljan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3852C7" w14:textId="77777777" w:rsidR="005F01FC" w:rsidRDefault="00161B77" w:rsidP="00713F46">
            <w:pPr>
              <w:jc w:val="center"/>
            </w:pPr>
            <w:r>
              <w:t xml:space="preserve">Kabinet HJ 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CC614E" w14:textId="77777777" w:rsidR="005F01FC" w:rsidRPr="000177A9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Utorak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BDABFB" w14:textId="77777777" w:rsidR="005F01FC" w:rsidRPr="009843CC" w:rsidRDefault="00161B77" w:rsidP="00161B77">
            <w:pPr>
              <w:jc w:val="center"/>
              <w:rPr>
                <w:rFonts w:ascii="Times New Roman" w:hAnsi="Times New Roman" w:cs="Times New Roman"/>
              </w:rPr>
            </w:pPr>
            <w:r w:rsidRPr="009843CC">
              <w:rPr>
                <w:rFonts w:ascii="Times New Roman" w:hAnsi="Times New Roman" w:cs="Times New Roman"/>
                <w:sz w:val="21"/>
              </w:rPr>
              <w:t>7. sat obje smjene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7B69F8" w14:textId="77777777" w:rsidR="005F01FC" w:rsidRDefault="008C176D" w:rsidP="005F01FC">
            <w:r w:rsidRPr="008C176D">
              <w:rPr>
                <w:rFonts w:ascii="Calibri" w:hAnsi="Calibri"/>
                <w:sz w:val="21"/>
              </w:rPr>
              <w:t>ana.buljan11@gmail.com</w:t>
            </w:r>
          </w:p>
        </w:tc>
      </w:tr>
      <w:tr w:rsidR="008606FA" w14:paraId="53091D4D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5E9961" w14:textId="77777777" w:rsidR="005F01FC" w:rsidRDefault="005F01FC" w:rsidP="005F01F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Sanja Mrzljak Jovanić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2EDEA3" w14:textId="77777777" w:rsidR="005F01FC" w:rsidRDefault="000177A9" w:rsidP="00713F46">
            <w:pPr>
              <w:jc w:val="center"/>
            </w:pPr>
            <w:r>
              <w:t>Kabinet HJ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2004CF" w14:textId="77777777" w:rsidR="005F01FC" w:rsidRPr="000177A9" w:rsidRDefault="008606FA" w:rsidP="00713F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Četvrtak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653AC2" w14:textId="77777777" w:rsidR="005F01FC" w:rsidRPr="009843CC" w:rsidRDefault="008606FA" w:rsidP="005F01FC">
            <w:pPr>
              <w:rPr>
                <w:rFonts w:ascii="Times New Roman" w:hAnsi="Times New Roman" w:cs="Times New Roman"/>
              </w:rPr>
            </w:pPr>
            <w:r w:rsidRPr="009843CC">
              <w:rPr>
                <w:rFonts w:ascii="Times New Roman" w:hAnsi="Times New Roman" w:cs="Times New Roman"/>
                <w:sz w:val="21"/>
              </w:rPr>
              <w:t>12:45</w:t>
            </w:r>
            <w:r w:rsidR="005F01FC" w:rsidRPr="009843CC">
              <w:rPr>
                <w:rFonts w:ascii="Times New Roman" w:hAnsi="Times New Roman" w:cs="Times New Roman"/>
                <w:sz w:val="21"/>
              </w:rPr>
              <w:t xml:space="preserve"> – </w:t>
            </w:r>
            <w:r w:rsidRPr="009843CC">
              <w:rPr>
                <w:rFonts w:ascii="Times New Roman" w:hAnsi="Times New Roman" w:cs="Times New Roman"/>
                <w:sz w:val="21"/>
              </w:rPr>
              <w:t>13:3</w:t>
            </w:r>
            <w:r w:rsidR="005F01FC" w:rsidRPr="009843CC">
              <w:rPr>
                <w:rFonts w:ascii="Times New Roman" w:hAnsi="Times New Roman" w:cs="Times New Roman"/>
                <w:sz w:val="21"/>
              </w:rPr>
              <w:t>0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8C2235" w14:textId="77777777" w:rsidR="005F01FC" w:rsidRDefault="008C176D" w:rsidP="005F01FC">
            <w:r w:rsidRPr="008C176D">
              <w:rPr>
                <w:rFonts w:ascii="Calibri" w:hAnsi="Calibri"/>
                <w:sz w:val="21"/>
              </w:rPr>
              <w:t>sanja.mrzljak-jovanic@skole.hr</w:t>
            </w:r>
          </w:p>
        </w:tc>
      </w:tr>
      <w:tr w:rsidR="008606FA" w14:paraId="1AE7F766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B5E8D8" w14:textId="77777777" w:rsidR="005F01FC" w:rsidRDefault="005F01FC" w:rsidP="005F01F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 Silvija Štimac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B26017" w14:textId="77777777" w:rsidR="005F01FC" w:rsidRDefault="00161B77" w:rsidP="00713F46">
            <w:pPr>
              <w:jc w:val="center"/>
            </w:pPr>
            <w:r>
              <w:t>Kabinet stranih jezika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1D1FFA" w14:textId="77777777" w:rsidR="005F01FC" w:rsidRPr="000177A9" w:rsidRDefault="00161B77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Srijeda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60C0EA" w14:textId="77777777" w:rsidR="005F01FC" w:rsidRPr="009843CC" w:rsidRDefault="00161B77" w:rsidP="005F01FC">
            <w:pPr>
              <w:rPr>
                <w:rFonts w:ascii="Times New Roman" w:hAnsi="Times New Roman" w:cs="Times New Roman"/>
              </w:rPr>
            </w:pPr>
            <w:r w:rsidRPr="009843CC">
              <w:rPr>
                <w:rFonts w:ascii="Times New Roman" w:hAnsi="Times New Roman" w:cs="Times New Roman"/>
                <w:sz w:val="21"/>
              </w:rPr>
              <w:t>13:00 – 14</w:t>
            </w:r>
            <w:r w:rsidR="005F01FC" w:rsidRPr="009843CC">
              <w:rPr>
                <w:rFonts w:ascii="Times New Roman" w:hAnsi="Times New Roman" w:cs="Times New Roman"/>
                <w:sz w:val="21"/>
              </w:rPr>
              <w:t>:00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D5BE07" w14:textId="77777777" w:rsidR="005F01FC" w:rsidRDefault="008C176D" w:rsidP="005F01FC">
            <w:r w:rsidRPr="008C176D">
              <w:rPr>
                <w:rFonts w:ascii="Calibri" w:hAnsi="Calibri"/>
                <w:sz w:val="21"/>
              </w:rPr>
              <w:t>silvija.stimac@skole.hr</w:t>
            </w:r>
          </w:p>
        </w:tc>
      </w:tr>
      <w:tr w:rsidR="008606FA" w14:paraId="505D1485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0ACA43" w14:textId="77777777" w:rsidR="005F01FC" w:rsidRDefault="005F01FC" w:rsidP="005F01F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 Marina Grgić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FE4DBF" w14:textId="77777777" w:rsidR="005F01FC" w:rsidRDefault="005F01FC" w:rsidP="00713F46">
            <w:pPr>
              <w:jc w:val="center"/>
            </w:pP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F97752" w14:textId="77777777" w:rsidR="005F01FC" w:rsidRPr="000177A9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Petak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6363F3" w14:textId="77777777" w:rsidR="005F01FC" w:rsidRPr="009843CC" w:rsidRDefault="005F01FC" w:rsidP="005F01FC">
            <w:pPr>
              <w:rPr>
                <w:rFonts w:ascii="Times New Roman" w:hAnsi="Times New Roman" w:cs="Times New Roman"/>
              </w:rPr>
            </w:pPr>
            <w:r w:rsidRPr="009843CC">
              <w:rPr>
                <w:rFonts w:ascii="Times New Roman" w:hAnsi="Times New Roman" w:cs="Times New Roman"/>
                <w:sz w:val="21"/>
              </w:rPr>
              <w:t>11:00 – 13:00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FE2EFB" w14:textId="77777777" w:rsidR="005F01FC" w:rsidRDefault="008C176D" w:rsidP="005F01FC">
            <w:r w:rsidRPr="008C176D">
              <w:rPr>
                <w:rFonts w:ascii="Calibri" w:hAnsi="Calibri"/>
                <w:sz w:val="21"/>
              </w:rPr>
              <w:t>marina.grgic5@skole.hr</w:t>
            </w:r>
          </w:p>
        </w:tc>
      </w:tr>
      <w:tr w:rsidR="008606FA" w14:paraId="2E1DDB66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E91B25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Nikolina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Benčina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C31257" w14:textId="77777777" w:rsidR="005F01FC" w:rsidRDefault="00161B77" w:rsidP="00713F46">
            <w:pPr>
              <w:jc w:val="center"/>
            </w:pPr>
            <w:r>
              <w:t>Kabinet TZK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A35A69" w14:textId="77777777" w:rsidR="005F01FC" w:rsidRPr="000177A9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Ponedjeljak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D060EF" w14:textId="77777777" w:rsidR="005F01FC" w:rsidRPr="009843CC" w:rsidRDefault="005F01FC" w:rsidP="005F01FC">
            <w:pPr>
              <w:rPr>
                <w:rFonts w:ascii="Times New Roman" w:hAnsi="Times New Roman" w:cs="Times New Roman"/>
              </w:rPr>
            </w:pPr>
            <w:r w:rsidRPr="009843CC">
              <w:rPr>
                <w:rFonts w:ascii="Times New Roman" w:hAnsi="Times New Roman" w:cs="Times New Roman"/>
                <w:sz w:val="21"/>
              </w:rPr>
              <w:t>10:00 – 12:00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239527" w14:textId="77777777" w:rsidR="005F01FC" w:rsidRDefault="008C176D" w:rsidP="005F01FC">
            <w:r w:rsidRPr="008C176D">
              <w:rPr>
                <w:rFonts w:ascii="Calibri" w:hAnsi="Calibri"/>
                <w:sz w:val="21"/>
              </w:rPr>
              <w:t>nikolina.bencina@skole.hr</w:t>
            </w:r>
          </w:p>
        </w:tc>
      </w:tr>
      <w:tr w:rsidR="008606FA" w14:paraId="794F349C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76B6EA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Falamić Ivan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540733" w14:textId="77777777" w:rsidR="005F01FC" w:rsidRDefault="00713F46" w:rsidP="00713F46">
            <w:pPr>
              <w:jc w:val="center"/>
            </w:pPr>
            <w:r>
              <w:t>kabinet stranih jezika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A50158" w14:textId="77777777" w:rsidR="005F01FC" w:rsidRPr="000177A9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Utorak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319AA9" w14:textId="77777777" w:rsidR="005F01FC" w:rsidRPr="009843CC" w:rsidRDefault="00713F46" w:rsidP="005F01FC">
            <w:pPr>
              <w:rPr>
                <w:rFonts w:ascii="Times New Roman" w:hAnsi="Times New Roman" w:cs="Times New Roman"/>
              </w:rPr>
            </w:pPr>
            <w:r w:rsidRPr="009843CC">
              <w:rPr>
                <w:rFonts w:ascii="Times New Roman" w:hAnsi="Times New Roman" w:cs="Times New Roman"/>
                <w:sz w:val="21"/>
              </w:rPr>
              <w:t>13:00 – 14</w:t>
            </w:r>
            <w:r w:rsidR="005F01FC" w:rsidRPr="009843CC">
              <w:rPr>
                <w:rFonts w:ascii="Times New Roman" w:hAnsi="Times New Roman" w:cs="Times New Roman"/>
                <w:sz w:val="21"/>
              </w:rPr>
              <w:t>:00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070B75" w14:textId="77777777" w:rsidR="005F01FC" w:rsidRDefault="008C176D" w:rsidP="005F01FC">
            <w:r w:rsidRPr="008C176D">
              <w:rPr>
                <w:rFonts w:ascii="Calibri" w:hAnsi="Calibri"/>
                <w:sz w:val="21"/>
              </w:rPr>
              <w:t>ivan.falamic@skole.hr</w:t>
            </w:r>
          </w:p>
        </w:tc>
      </w:tr>
      <w:tr w:rsidR="008606FA" w14:paraId="38EC1533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A22BD8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Vladimir Borbaš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790251" w14:textId="77777777" w:rsidR="005F01FC" w:rsidRDefault="000177A9" w:rsidP="00713F46">
            <w:pPr>
              <w:jc w:val="center"/>
            </w:pPr>
            <w:r>
              <w:t>Kabinet TZK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5AB936" w14:textId="77777777" w:rsidR="005F01FC" w:rsidRPr="000177A9" w:rsidRDefault="008606FA" w:rsidP="00713F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Ponedjeljak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803A04" w14:textId="77777777" w:rsidR="005F01FC" w:rsidRPr="009843CC" w:rsidRDefault="008606FA" w:rsidP="008606FA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9843CC">
              <w:rPr>
                <w:rFonts w:ascii="Times New Roman" w:hAnsi="Times New Roman" w:cs="Times New Roman"/>
              </w:rPr>
              <w:t xml:space="preserve">Smjena poslije 3. sata, </w:t>
            </w:r>
            <w:r w:rsidRPr="009843CC">
              <w:rPr>
                <w:rFonts w:ascii="Times New Roman" w:hAnsi="Times New Roman" w:cs="Times New Roman"/>
                <w:highlight w:val="yellow"/>
              </w:rPr>
              <w:t>2. Smjena poslije 5. sata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3E666D" w14:textId="77777777" w:rsidR="005F01FC" w:rsidRDefault="008C176D" w:rsidP="005F01FC">
            <w:r w:rsidRPr="008C176D">
              <w:rPr>
                <w:rFonts w:ascii="Calibri" w:hAnsi="Calibri"/>
                <w:sz w:val="21"/>
              </w:rPr>
              <w:t>vladimir.borbas@skole.hr</w:t>
            </w:r>
          </w:p>
        </w:tc>
      </w:tr>
      <w:tr w:rsidR="008606FA" w14:paraId="297EB4FC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F628CE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Jelena Matišić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885A87" w14:textId="77777777" w:rsidR="005F01FC" w:rsidRDefault="000177A9" w:rsidP="00713F46">
            <w:pPr>
              <w:jc w:val="center"/>
            </w:pPr>
            <w:r>
              <w:t>Kabinet HJ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05B1E6" w14:textId="77777777" w:rsidR="005F01FC" w:rsidRPr="000177A9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Četvrtak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86C1FD" w14:textId="77777777" w:rsidR="005F01FC" w:rsidRPr="009843CC" w:rsidRDefault="008606FA" w:rsidP="005F01FC">
            <w:pPr>
              <w:rPr>
                <w:rFonts w:ascii="Times New Roman" w:hAnsi="Times New Roman" w:cs="Times New Roman"/>
              </w:rPr>
            </w:pPr>
            <w:r w:rsidRPr="009843CC">
              <w:rPr>
                <w:rFonts w:ascii="Times New Roman" w:hAnsi="Times New Roman" w:cs="Times New Roman"/>
                <w:sz w:val="21"/>
              </w:rPr>
              <w:t>4. ili 5. Sat obje smjene – ovisno o rasporedu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CCBD15" w14:textId="77777777" w:rsidR="005F01FC" w:rsidRDefault="008C176D" w:rsidP="005F01FC">
            <w:r w:rsidRPr="008C176D">
              <w:rPr>
                <w:rFonts w:ascii="Calibri" w:hAnsi="Calibri"/>
                <w:sz w:val="21"/>
              </w:rPr>
              <w:t>jelena.matisic1@skole.hr</w:t>
            </w:r>
          </w:p>
        </w:tc>
      </w:tr>
      <w:tr w:rsidR="008606FA" w14:paraId="12F455C3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F1DFAA" w14:textId="77777777" w:rsidR="005F01FC" w:rsidRDefault="005F01FC" w:rsidP="005F01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Iva Idek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1E7ED5" w14:textId="77777777" w:rsidR="005F01FC" w:rsidRDefault="00161B77" w:rsidP="00713F46">
            <w:pPr>
              <w:jc w:val="center"/>
            </w:pPr>
            <w:r>
              <w:t>Kabinet HJ br 17.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F497CE" w14:textId="77777777" w:rsidR="005F01FC" w:rsidRPr="000177A9" w:rsidRDefault="00161B77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Srijeda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709F4A" w14:textId="77777777" w:rsidR="005F01FC" w:rsidRPr="009843CC" w:rsidRDefault="005F01FC" w:rsidP="005F01FC">
            <w:pPr>
              <w:rPr>
                <w:rFonts w:ascii="Times New Roman" w:hAnsi="Times New Roman" w:cs="Times New Roman"/>
              </w:rPr>
            </w:pPr>
            <w:r w:rsidRPr="009843CC">
              <w:rPr>
                <w:rFonts w:ascii="Times New Roman" w:hAnsi="Times New Roman" w:cs="Times New Roman"/>
                <w:sz w:val="21"/>
              </w:rPr>
              <w:t>11:00 – 13:00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9BB178" w14:textId="77777777" w:rsidR="005F01FC" w:rsidRDefault="008C176D" w:rsidP="005F01FC">
            <w:r w:rsidRPr="008C176D">
              <w:rPr>
                <w:rFonts w:ascii="Calibri" w:hAnsi="Calibri"/>
                <w:sz w:val="21"/>
              </w:rPr>
              <w:t>ivaidek05@gmail.com</w:t>
            </w:r>
          </w:p>
        </w:tc>
      </w:tr>
      <w:tr w:rsidR="008606FA" w14:paraId="0FD5BEF7" w14:textId="77777777" w:rsidTr="008606FA">
        <w:trPr>
          <w:trHeight w:val="1345"/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8AD568" w14:textId="77777777" w:rsidR="005F01FC" w:rsidRDefault="008C176D" w:rsidP="00D1242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bookmarkStart w:id="2" w:name="_Hlk239357647"/>
            <w:bookmarkEnd w:id="1"/>
            <w:r>
              <w:rPr>
                <w:sz w:val="24"/>
              </w:rPr>
              <w:t>Jasna Asić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29E021" w14:textId="77777777" w:rsidR="005F01FC" w:rsidRDefault="00161B77" w:rsidP="00713F46">
            <w:pPr>
              <w:jc w:val="center"/>
            </w:pPr>
            <w:r>
              <w:t>Kabinet kemije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883AA9" w14:textId="77777777" w:rsidR="005F01FC" w:rsidRPr="000177A9" w:rsidRDefault="00161B77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Petak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3F5C14" w14:textId="77777777" w:rsidR="00161B77" w:rsidRPr="009843CC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 w:rsidRPr="009843CC">
              <w:rPr>
                <w:rFonts w:ascii="Times New Roman" w:hAnsi="Times New Roman" w:cs="Times New Roman"/>
                <w:sz w:val="21"/>
              </w:rPr>
              <w:t>Nakon dogovora roditelja i 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BC60AF" w14:textId="77777777" w:rsidR="005F01FC" w:rsidRDefault="008C176D" w:rsidP="00D1242B">
            <w:r w:rsidRPr="008C176D">
              <w:rPr>
                <w:rFonts w:ascii="Calibri" w:hAnsi="Calibri"/>
                <w:sz w:val="21"/>
              </w:rPr>
              <w:t>jasna.asic@skole.hr</w:t>
            </w:r>
          </w:p>
        </w:tc>
      </w:tr>
      <w:tr w:rsidR="008606FA" w14:paraId="61B4C7C2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0BD5B7" w14:textId="77777777" w:rsidR="005F01FC" w:rsidRDefault="008C176D" w:rsidP="00D1242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>Željka Venus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1278A3" w14:textId="77777777" w:rsidR="005F01FC" w:rsidRDefault="000177A9" w:rsidP="00713F46">
            <w:pPr>
              <w:jc w:val="center"/>
            </w:pPr>
            <w:r>
              <w:t>Kabinet kemije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AAF707" w14:textId="77777777" w:rsidR="005F01FC" w:rsidRPr="000177A9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Ponedjeljak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D3C45F" w14:textId="77777777" w:rsidR="005F01FC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2161E0" w14:textId="77777777" w:rsidR="005F01FC" w:rsidRDefault="00B64435" w:rsidP="00D1242B">
            <w:r w:rsidRPr="00B64435">
              <w:rPr>
                <w:rFonts w:ascii="Calibri" w:hAnsi="Calibri"/>
                <w:sz w:val="21"/>
              </w:rPr>
              <w:t>zeljka.venus@skole.hr</w:t>
            </w:r>
          </w:p>
        </w:tc>
      </w:tr>
      <w:tr w:rsidR="008606FA" w14:paraId="276FC70D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604134" w14:textId="77777777" w:rsidR="005F01FC" w:rsidRDefault="008C176D" w:rsidP="00D1242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Jurlina Brigita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B25F06" w14:textId="77777777" w:rsidR="005F01FC" w:rsidRDefault="000177A9" w:rsidP="00713F46">
            <w:pPr>
              <w:jc w:val="center"/>
            </w:pPr>
            <w:r>
              <w:t>Kabinet kuharstva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F46231" w14:textId="77777777" w:rsidR="005F01FC" w:rsidRPr="000177A9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0177A9">
              <w:rPr>
                <w:rFonts w:ascii="Times New Roman" w:hAnsi="Times New Roman" w:cs="Times New Roman"/>
                <w:sz w:val="21"/>
              </w:rPr>
              <w:t>Utorak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67B2B0" w14:textId="77777777" w:rsidR="005F01FC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3EEF51" w14:textId="77777777" w:rsidR="005F01FC" w:rsidRDefault="00B64435" w:rsidP="00D1242B">
            <w:r w:rsidRPr="00B64435">
              <w:rPr>
                <w:rFonts w:ascii="Calibri" w:hAnsi="Calibri"/>
                <w:sz w:val="21"/>
              </w:rPr>
              <w:t>brigita.jurlina@skole.hr</w:t>
            </w:r>
          </w:p>
        </w:tc>
      </w:tr>
      <w:tr w:rsidR="008606FA" w14:paraId="1F514BE4" w14:textId="77777777" w:rsidTr="008606FA">
        <w:trPr>
          <w:trHeight w:val="1053"/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340249" w14:textId="77777777" w:rsidR="005F01FC" w:rsidRDefault="008C176D" w:rsidP="00D1242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Stojanović Miodrag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4865B7" w14:textId="77777777" w:rsidR="005F01FC" w:rsidRDefault="00380887" w:rsidP="00713F46">
            <w:pPr>
              <w:jc w:val="center"/>
            </w:pPr>
            <w:r>
              <w:t>Kabinet FIZIKE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72E3FD" w14:textId="77777777" w:rsidR="005F01FC" w:rsidRPr="00380887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Srijeda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A137D4" w14:textId="77777777" w:rsidR="005F01FC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E78E78" w14:textId="77777777" w:rsidR="005F01FC" w:rsidRDefault="00B64435" w:rsidP="00D1242B">
            <w:r w:rsidRPr="00B64435">
              <w:rPr>
                <w:rFonts w:ascii="Calibri" w:hAnsi="Calibri"/>
                <w:sz w:val="21"/>
              </w:rPr>
              <w:t>miodrag.stojanovic@skole.hr</w:t>
            </w:r>
          </w:p>
        </w:tc>
      </w:tr>
      <w:tr w:rsidR="008606FA" w14:paraId="410E2D5B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D92972" w14:textId="77777777" w:rsidR="005F01FC" w:rsidRDefault="005F01FC" w:rsidP="00D1242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C176D">
              <w:rPr>
                <w:sz w:val="24"/>
              </w:rPr>
              <w:t>Darko Špoljarić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17B610" w14:textId="77777777" w:rsidR="005F01FC" w:rsidRDefault="00380887" w:rsidP="00713F46">
            <w:pPr>
              <w:jc w:val="center"/>
            </w:pPr>
            <w:r>
              <w:t>Praktikum elektrotehnike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B02767" w14:textId="77777777" w:rsidR="005F01FC" w:rsidRPr="00380887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Četvrtak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E47EFA" w14:textId="77777777" w:rsidR="005F01FC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E7FE28" w14:textId="77777777" w:rsidR="005F01FC" w:rsidRDefault="00B64435" w:rsidP="00D1242B">
            <w:r w:rsidRPr="00B64435">
              <w:rPr>
                <w:rFonts w:ascii="Calibri" w:hAnsi="Calibri"/>
                <w:sz w:val="21"/>
              </w:rPr>
              <w:t>darko.spoljaric@skole.hr</w:t>
            </w:r>
          </w:p>
        </w:tc>
      </w:tr>
      <w:tr w:rsidR="008606FA" w14:paraId="242B8A9A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EEDA51" w14:textId="77777777" w:rsidR="005F01FC" w:rsidRDefault="005F01FC" w:rsidP="00D1242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C176D">
              <w:rPr>
                <w:sz w:val="24"/>
              </w:rPr>
              <w:t>Andreas Boc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3A429A" w14:textId="77777777" w:rsidR="005F01FC" w:rsidRDefault="00380887" w:rsidP="00713F46">
            <w:pPr>
              <w:jc w:val="center"/>
            </w:pPr>
            <w:r>
              <w:t>K</w:t>
            </w:r>
            <w:r w:rsidR="00713F46">
              <w:t>abinet fizike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19B403" w14:textId="77777777" w:rsidR="005F01FC" w:rsidRPr="00380887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Petak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1B950E" w14:textId="77777777" w:rsidR="005F01FC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3227BE" w14:textId="77777777" w:rsidR="005F01FC" w:rsidRDefault="00B64435" w:rsidP="00D1242B">
            <w:r w:rsidRPr="00B64435">
              <w:rPr>
                <w:rFonts w:ascii="Calibri" w:hAnsi="Calibri"/>
                <w:sz w:val="21"/>
              </w:rPr>
              <w:t>andreas5.boc@gmail.com</w:t>
            </w:r>
          </w:p>
        </w:tc>
      </w:tr>
      <w:tr w:rsidR="008606FA" w14:paraId="45EE7D16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7102F9" w14:textId="77777777" w:rsidR="005F01FC" w:rsidRDefault="008C176D" w:rsidP="00D1242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Marko Grgić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8BD9CE" w14:textId="77777777" w:rsidR="005F01FC" w:rsidRDefault="00380887" w:rsidP="00713F46">
            <w:pPr>
              <w:jc w:val="center"/>
            </w:pPr>
            <w:r>
              <w:t>Kabinet fizike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2F9B63" w14:textId="77777777" w:rsidR="005F01FC" w:rsidRPr="00380887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Ponedjeljak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68FFDA" w14:textId="77777777" w:rsidR="005F01FC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2C34B3" w14:textId="77777777" w:rsidR="005F01FC" w:rsidRDefault="00B64435" w:rsidP="00D1242B">
            <w:r w:rsidRPr="00B64435">
              <w:rPr>
                <w:rFonts w:ascii="Calibri" w:hAnsi="Calibri"/>
                <w:sz w:val="21"/>
              </w:rPr>
              <w:t>marko.grgic9@skole.hr</w:t>
            </w:r>
          </w:p>
        </w:tc>
      </w:tr>
      <w:tr w:rsidR="008606FA" w14:paraId="13C64506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418876" w14:textId="77777777" w:rsidR="005F01FC" w:rsidRDefault="008C176D" w:rsidP="00D1242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Ivana Jelačić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1CFE0C" w14:textId="77777777" w:rsidR="005F01FC" w:rsidRDefault="00380887" w:rsidP="00713F46">
            <w:pPr>
              <w:jc w:val="center"/>
            </w:pPr>
            <w:r>
              <w:t>K</w:t>
            </w:r>
            <w:r w:rsidR="00713F46">
              <w:t>abinet matematike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4ACA67" w14:textId="77777777" w:rsidR="005F01FC" w:rsidRPr="00380887" w:rsidRDefault="00713F46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Ponedjelja</w:t>
            </w:r>
            <w:r w:rsidR="005F01FC" w:rsidRPr="00380887">
              <w:rPr>
                <w:rFonts w:ascii="Times New Roman" w:hAnsi="Times New Roman" w:cs="Times New Roman"/>
                <w:sz w:val="21"/>
              </w:rPr>
              <w:t>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43CC87" w14:textId="77777777" w:rsidR="005F01FC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0A1B4D" w14:textId="77777777" w:rsidR="005F01FC" w:rsidRDefault="00B64435" w:rsidP="00D1242B">
            <w:r w:rsidRPr="00B64435">
              <w:rPr>
                <w:rFonts w:ascii="Calibri" w:hAnsi="Calibri"/>
                <w:sz w:val="21"/>
              </w:rPr>
              <w:t>ivana.jelacic@skole.hr</w:t>
            </w:r>
          </w:p>
        </w:tc>
      </w:tr>
      <w:tr w:rsidR="008606FA" w14:paraId="2F05E9E8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52A7F5" w14:textId="77777777" w:rsidR="005F01FC" w:rsidRDefault="008C176D" w:rsidP="00D1242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Tea Šafar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02455C" w14:textId="77777777" w:rsidR="005F01FC" w:rsidRDefault="00713F46" w:rsidP="00713F46">
            <w:pPr>
              <w:jc w:val="center"/>
            </w:pPr>
            <w:r>
              <w:t>kabinet matematike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2BAEB8" w14:textId="77777777" w:rsidR="005F01FC" w:rsidRPr="00380887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Srijeda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DA8996" w14:textId="77777777" w:rsidR="005F01FC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DCF092" w14:textId="77777777" w:rsidR="005F01FC" w:rsidRDefault="00B64435" w:rsidP="00D1242B">
            <w:r w:rsidRPr="00B64435">
              <w:rPr>
                <w:rFonts w:ascii="Calibri" w:hAnsi="Calibri"/>
                <w:sz w:val="21"/>
              </w:rPr>
              <w:t>safar.tea@skole.hr</w:t>
            </w:r>
          </w:p>
        </w:tc>
      </w:tr>
      <w:tr w:rsidR="008606FA" w14:paraId="2515064A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EB2D18" w14:textId="77777777" w:rsidR="005F01FC" w:rsidRDefault="008C176D" w:rsidP="00D1242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Dubravka Ištvanfi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2DB3F5" w14:textId="77777777" w:rsidR="005F01FC" w:rsidRDefault="00380887" w:rsidP="00713F46">
            <w:pPr>
              <w:jc w:val="center"/>
            </w:pPr>
            <w:r>
              <w:t>Kabinet fizike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5D875C" w14:textId="77777777" w:rsidR="005F01FC" w:rsidRPr="00380887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Četvrtak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1EA797" w14:textId="77777777" w:rsidR="005F01FC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103D85" w14:textId="77777777" w:rsidR="005F01FC" w:rsidRDefault="00B64435" w:rsidP="00D1242B">
            <w:r w:rsidRPr="00B64435">
              <w:rPr>
                <w:rFonts w:ascii="Calibri" w:hAnsi="Calibri"/>
                <w:sz w:val="21"/>
              </w:rPr>
              <w:t>dubravka.istvanfi@skole.hr</w:t>
            </w:r>
          </w:p>
        </w:tc>
      </w:tr>
      <w:tr w:rsidR="008606FA" w14:paraId="0D72C0B6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9EF8BC" w14:textId="77777777" w:rsidR="005F01FC" w:rsidRDefault="008C176D" w:rsidP="00D1242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Dijana Fotez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B91273" w14:textId="77777777" w:rsidR="005F01FC" w:rsidRDefault="000177A9" w:rsidP="00713F46">
            <w:pPr>
              <w:jc w:val="center"/>
            </w:pPr>
            <w:r>
              <w:t>K</w:t>
            </w:r>
            <w:r w:rsidR="00380887">
              <w:t>abinet stranih jezika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058A90" w14:textId="77777777" w:rsidR="005F01FC" w:rsidRPr="00380887" w:rsidRDefault="005F01FC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Petak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A1866A" w14:textId="77777777" w:rsidR="005F01FC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AE4AA6" w14:textId="77777777" w:rsidR="005F01FC" w:rsidRDefault="00B64435" w:rsidP="00D1242B">
            <w:r w:rsidRPr="00B64435">
              <w:rPr>
                <w:rFonts w:ascii="Calibri" w:hAnsi="Calibri"/>
                <w:sz w:val="21"/>
              </w:rPr>
              <w:t>dijana.fotez@skole.hr</w:t>
            </w:r>
          </w:p>
        </w:tc>
      </w:tr>
      <w:tr w:rsidR="008606FA" w14:paraId="55A9A33C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57CA02" w14:textId="77777777" w:rsidR="006B332B" w:rsidRDefault="006B332B" w:rsidP="00CD61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Josipa Baličević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ED5191" w14:textId="77777777" w:rsidR="006B332B" w:rsidRDefault="000177A9" w:rsidP="00713F46">
            <w:pPr>
              <w:jc w:val="center"/>
            </w:pPr>
            <w:r>
              <w:t>Kabinet glazbene umjetnosti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5F1345" w14:textId="77777777" w:rsidR="006B332B" w:rsidRPr="00380887" w:rsidRDefault="006B332B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Petak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7337F9" w14:textId="77777777" w:rsidR="006B332B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37399B" w14:textId="77777777" w:rsidR="006B332B" w:rsidRDefault="00157777" w:rsidP="00CD61B0">
            <w:r w:rsidRPr="00157777">
              <w:rPr>
                <w:rFonts w:ascii="Calibri" w:hAnsi="Calibri"/>
                <w:sz w:val="21"/>
              </w:rPr>
              <w:t>josipa.balicevic@skole.hr</w:t>
            </w:r>
          </w:p>
        </w:tc>
      </w:tr>
      <w:tr w:rsidR="008606FA" w14:paraId="7E90BECC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E809EA" w14:textId="77777777" w:rsidR="006B332B" w:rsidRDefault="006B332B" w:rsidP="00CD61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Ankica Đurasek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D13D09" w14:textId="77777777" w:rsidR="006B332B" w:rsidRDefault="000177A9" w:rsidP="000177A9">
            <w:pPr>
              <w:jc w:val="center"/>
            </w:pPr>
            <w:r>
              <w:t>Kabinet informatike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1F52BE" w14:textId="77777777" w:rsidR="006B332B" w:rsidRPr="00380887" w:rsidRDefault="006B332B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Ponedjeljak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B62003" w14:textId="77777777" w:rsidR="006B332B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F6D687" w14:textId="77777777" w:rsidR="006B332B" w:rsidRDefault="00157777" w:rsidP="00CD61B0">
            <w:r w:rsidRPr="00157777">
              <w:rPr>
                <w:rFonts w:ascii="Calibri" w:hAnsi="Calibri"/>
                <w:sz w:val="21"/>
              </w:rPr>
              <w:t>anci1408972@gmail.com</w:t>
            </w:r>
          </w:p>
        </w:tc>
      </w:tr>
      <w:tr w:rsidR="008606FA" w14:paraId="6ACE9970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F49C70" w14:textId="77777777" w:rsidR="006B332B" w:rsidRDefault="00157777" w:rsidP="00CD61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>Ksenija Som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221FC5" w14:textId="77777777" w:rsidR="006B332B" w:rsidRDefault="00161B77" w:rsidP="00713F46">
            <w:pPr>
              <w:jc w:val="center"/>
            </w:pPr>
            <w:r>
              <w:t xml:space="preserve">Kabinet 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29B369" w14:textId="77777777" w:rsidR="006B332B" w:rsidRPr="00380887" w:rsidRDefault="00161B77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Srijeda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D4C440" w14:textId="77777777" w:rsidR="006B332B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797D73" w14:textId="77777777" w:rsidR="006B332B" w:rsidRDefault="00157777" w:rsidP="00CD61B0">
            <w:r w:rsidRPr="00157777">
              <w:rPr>
                <w:rFonts w:ascii="Calibri" w:hAnsi="Calibri"/>
                <w:sz w:val="21"/>
              </w:rPr>
              <w:t>ksom223@gmail.com</w:t>
            </w:r>
          </w:p>
        </w:tc>
      </w:tr>
      <w:tr w:rsidR="008606FA" w14:paraId="2FF87CF9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E156C6" w14:textId="77777777" w:rsidR="006B332B" w:rsidRDefault="00157777" w:rsidP="00CD61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Željko Milnović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CAB1C9" w14:textId="77777777" w:rsidR="006B332B" w:rsidRDefault="000177A9" w:rsidP="00713F46">
            <w:pPr>
              <w:jc w:val="center"/>
            </w:pPr>
            <w:r>
              <w:t>Kabinet informatike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134D47" w14:textId="77777777" w:rsidR="006B332B" w:rsidRPr="00380887" w:rsidRDefault="006B332B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Srijeda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886DCB" w14:textId="77777777" w:rsidR="006B332B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E8C5C9" w14:textId="77777777" w:rsidR="006B332B" w:rsidRDefault="00A26DA5" w:rsidP="00CD61B0">
            <w:r w:rsidRPr="00A26DA5">
              <w:rPr>
                <w:rFonts w:ascii="Calibri" w:hAnsi="Calibri"/>
                <w:sz w:val="21"/>
              </w:rPr>
              <w:t>zmilnovic@yahoo.com</w:t>
            </w:r>
          </w:p>
        </w:tc>
      </w:tr>
      <w:tr w:rsidR="008606FA" w14:paraId="0BC2745F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DF24D6" w14:textId="77777777" w:rsidR="006B332B" w:rsidRDefault="00A26DA5" w:rsidP="00CD61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Mario Gumbarević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95116B" w14:textId="77777777" w:rsidR="006B332B" w:rsidRDefault="00624F02" w:rsidP="00713F46">
            <w:pPr>
              <w:jc w:val="center"/>
            </w:pPr>
            <w:r>
              <w:t>Kancelarija pedagoga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C9EA19" w14:textId="77777777" w:rsidR="006B332B" w:rsidRPr="00380887" w:rsidRDefault="006B332B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Četvrtak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268BB7" w14:textId="77777777" w:rsidR="006B332B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CA9BA9" w14:textId="77777777" w:rsidR="006B332B" w:rsidRDefault="00A26DA5" w:rsidP="00CD61B0">
            <w:r w:rsidRPr="00A26DA5">
              <w:rPr>
                <w:rFonts w:ascii="Calibri" w:hAnsi="Calibri"/>
                <w:sz w:val="21"/>
              </w:rPr>
              <w:t>mariogumbarevic@gmail.com</w:t>
            </w:r>
          </w:p>
        </w:tc>
      </w:tr>
      <w:tr w:rsidR="008606FA" w14:paraId="366B19E3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F7090C" w14:textId="77777777" w:rsidR="006B332B" w:rsidRDefault="006B332B" w:rsidP="00CD61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57777">
              <w:rPr>
                <w:sz w:val="24"/>
              </w:rPr>
              <w:t>Ivana Švamberger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22F577" w14:textId="77777777" w:rsidR="006B332B" w:rsidRDefault="000177A9" w:rsidP="00713F46">
            <w:pPr>
              <w:jc w:val="center"/>
            </w:pPr>
            <w:r>
              <w:t>Kabinet informatike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2FA37B" w14:textId="77777777" w:rsidR="006B332B" w:rsidRPr="00380887" w:rsidRDefault="006B332B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Petak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9F89F1" w14:textId="77777777" w:rsidR="006B332B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7B9761" w14:textId="77777777" w:rsidR="006B332B" w:rsidRDefault="00A26DA5" w:rsidP="00CD61B0">
            <w:r w:rsidRPr="00A26DA5">
              <w:rPr>
                <w:rFonts w:ascii="Calibri" w:hAnsi="Calibri"/>
                <w:sz w:val="21"/>
              </w:rPr>
              <w:t>zubak.ivana@gmail.com</w:t>
            </w:r>
          </w:p>
        </w:tc>
      </w:tr>
      <w:tr w:rsidR="008606FA" w14:paraId="16F9CD99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CCF567" w14:textId="77777777" w:rsidR="006B332B" w:rsidRDefault="00157777" w:rsidP="00CD61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bookmarkStart w:id="3" w:name="_Hlk239358097"/>
            <w:r>
              <w:rPr>
                <w:sz w:val="24"/>
              </w:rPr>
              <w:t>Martina Kireta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EF4563" w14:textId="77777777" w:rsidR="006B332B" w:rsidRDefault="009843CC" w:rsidP="00713F46">
            <w:pPr>
              <w:jc w:val="center"/>
            </w:pPr>
            <w:r>
              <w:t>Kabinet informatike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45C00F" w14:textId="77777777" w:rsidR="006B332B" w:rsidRPr="00380887" w:rsidRDefault="009843CC" w:rsidP="00713F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Srijeda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E5B1CD" w14:textId="77777777" w:rsidR="006B332B" w:rsidRPr="00161B77" w:rsidRDefault="009843CC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8. sat obje smjene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E2E1B6" w14:textId="77777777" w:rsidR="006B332B" w:rsidRPr="00DE00AA" w:rsidRDefault="00A26DA5" w:rsidP="00CD61B0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color w:val="222222"/>
                <w:sz w:val="21"/>
                <w:szCs w:val="21"/>
                <w:lang w:val="hr-HR" w:eastAsia="hr-HR"/>
              </w:rPr>
            </w:pPr>
            <w:r w:rsidRPr="00A26DA5">
              <w:rPr>
                <w:rFonts w:asciiTheme="majorHAnsi" w:eastAsia="Times New Roman" w:hAnsiTheme="majorHAnsi" w:cs="Times New Roman"/>
                <w:color w:val="222222"/>
                <w:sz w:val="21"/>
                <w:szCs w:val="21"/>
                <w:lang w:val="hr-HR" w:eastAsia="hr-HR"/>
              </w:rPr>
              <w:t>martina.somodji@gmail.com</w:t>
            </w:r>
          </w:p>
        </w:tc>
      </w:tr>
      <w:tr w:rsidR="008606FA" w14:paraId="65718C3F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512F31" w14:textId="77777777" w:rsidR="006B332B" w:rsidRDefault="00157777" w:rsidP="00CD61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Martina Kustura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8C1EA7" w14:textId="77777777" w:rsidR="006B332B" w:rsidRDefault="000177A9" w:rsidP="00713F46">
            <w:pPr>
              <w:jc w:val="center"/>
            </w:pPr>
            <w:r>
              <w:t>Kabinet Glazbene umjetnosti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80BAD1" w14:textId="77777777" w:rsidR="006B332B" w:rsidRPr="00380887" w:rsidRDefault="000177A9" w:rsidP="00713F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Petak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8BCF13" w14:textId="77777777" w:rsidR="006B332B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93DC27" w14:textId="77777777" w:rsidR="006B332B" w:rsidRDefault="00A26DA5" w:rsidP="00CD61B0">
            <w:r w:rsidRPr="00A26DA5">
              <w:rPr>
                <w:rFonts w:ascii="Calibri" w:hAnsi="Calibri"/>
                <w:sz w:val="21"/>
              </w:rPr>
              <w:t>martina.kustura@gmail.com</w:t>
            </w:r>
          </w:p>
        </w:tc>
      </w:tr>
      <w:tr w:rsidR="008606FA" w14:paraId="212131E9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1E430C" w14:textId="77777777" w:rsidR="006B332B" w:rsidRDefault="00157777" w:rsidP="00CD61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Antonio Jokić Zelenka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FF0E5C" w14:textId="77777777" w:rsidR="006B332B" w:rsidRDefault="00380887" w:rsidP="00713F46">
            <w:pPr>
              <w:jc w:val="center"/>
            </w:pPr>
            <w:r>
              <w:t>Kabinet fizike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D6A195" w14:textId="77777777" w:rsidR="006B332B" w:rsidRPr="00380887" w:rsidRDefault="006B332B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Srijeda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01B9E0" w14:textId="77777777" w:rsidR="006B332B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44C408" w14:textId="77777777" w:rsidR="006B332B" w:rsidRDefault="00A26DA5" w:rsidP="00CD61B0">
            <w:r w:rsidRPr="00A26DA5">
              <w:rPr>
                <w:rFonts w:ascii="Calibri" w:hAnsi="Calibri"/>
                <w:sz w:val="21"/>
              </w:rPr>
              <w:t>antonio.zelenka-jokic@skole.hr</w:t>
            </w:r>
          </w:p>
        </w:tc>
      </w:tr>
      <w:tr w:rsidR="008606FA" w14:paraId="11DBEC52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848AAB" w14:textId="77777777" w:rsidR="006B332B" w:rsidRDefault="00157777" w:rsidP="00CD61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Josip Mikolašević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C87F7D" w14:textId="77777777" w:rsidR="006B332B" w:rsidRDefault="00380887" w:rsidP="00713F46">
            <w:pPr>
              <w:jc w:val="center"/>
            </w:pPr>
            <w:r>
              <w:t>Kabinet računarstva i informatike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CFAF2F" w14:textId="77777777" w:rsidR="006B332B" w:rsidRPr="00380887" w:rsidRDefault="006B332B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Četvrtak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807092" w14:textId="77777777" w:rsidR="006B332B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6B6A5A" w14:textId="32054D88" w:rsidR="006B332B" w:rsidRDefault="00A26DA5" w:rsidP="00CD61B0">
            <w:r w:rsidRPr="00A26DA5">
              <w:rPr>
                <w:rFonts w:ascii="Calibri" w:hAnsi="Calibri"/>
                <w:sz w:val="21"/>
              </w:rPr>
              <w:t>josip.mikolasevic@</w:t>
            </w:r>
            <w:r w:rsidR="00FA0460">
              <w:rPr>
                <w:rFonts w:ascii="Calibri" w:hAnsi="Calibri"/>
                <w:sz w:val="21"/>
              </w:rPr>
              <w:t>skole.hr</w:t>
            </w:r>
          </w:p>
        </w:tc>
      </w:tr>
      <w:tr w:rsidR="008606FA" w14:paraId="6B33E94E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05AF60" w14:textId="77777777" w:rsidR="006B332B" w:rsidRDefault="00157777" w:rsidP="00CD61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Antonija Paraga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25C873" w14:textId="77777777" w:rsidR="006B332B" w:rsidRDefault="00380887" w:rsidP="00713F46">
            <w:pPr>
              <w:jc w:val="center"/>
            </w:pPr>
            <w:r>
              <w:t>Kabinet Glazbene umjetnosti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879DB3" w14:textId="77777777" w:rsidR="006B332B" w:rsidRPr="00380887" w:rsidRDefault="006B332B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Petak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B99F2A" w14:textId="77777777" w:rsidR="006B332B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1BDE81" w14:textId="77777777" w:rsidR="006B332B" w:rsidRDefault="006B332B" w:rsidP="00CD61B0">
            <w:r w:rsidRPr="00B64435">
              <w:rPr>
                <w:rFonts w:ascii="Calibri" w:hAnsi="Calibri"/>
                <w:sz w:val="21"/>
              </w:rPr>
              <w:t>dijana.fotez@skole.hr</w:t>
            </w:r>
          </w:p>
        </w:tc>
      </w:tr>
      <w:tr w:rsidR="008606FA" w14:paraId="5D7DA943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8A4BA6" w14:textId="77777777" w:rsidR="00157777" w:rsidRDefault="00157777" w:rsidP="00CD61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Dajana Prpić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84F1F3" w14:textId="77777777" w:rsidR="00157777" w:rsidRDefault="00380887" w:rsidP="00713F46">
            <w:pPr>
              <w:jc w:val="center"/>
            </w:pPr>
            <w:r>
              <w:t>Kabinet kemije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42DE88" w14:textId="77777777" w:rsidR="00157777" w:rsidRPr="00380887" w:rsidRDefault="00157777" w:rsidP="00713F46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Ponedjeljak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5FC692" w14:textId="77777777" w:rsidR="00157777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51AD99" w14:textId="77777777" w:rsidR="00157777" w:rsidRDefault="00A26DA5" w:rsidP="00CD61B0">
            <w:r w:rsidRPr="00A26DA5">
              <w:rPr>
                <w:rFonts w:ascii="Calibri" w:hAnsi="Calibri"/>
                <w:sz w:val="21"/>
              </w:rPr>
              <w:t>gecandajana@gmail.com</w:t>
            </w:r>
          </w:p>
        </w:tc>
      </w:tr>
      <w:tr w:rsidR="008606FA" w14:paraId="031C0506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D351A6" w14:textId="77777777" w:rsidR="00157777" w:rsidRDefault="00157777" w:rsidP="00CD61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Ksenija Rastija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F00CC5" w14:textId="77777777" w:rsidR="00157777" w:rsidRDefault="00380887" w:rsidP="00CD61B0">
            <w:r>
              <w:t>K</w:t>
            </w:r>
            <w:r w:rsidR="0089679C">
              <w:t>abinet informatike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26B5A3" w14:textId="77777777" w:rsidR="00157777" w:rsidRPr="00380887" w:rsidRDefault="0089679C" w:rsidP="00CD61B0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srijeda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130069" w14:textId="77777777" w:rsidR="00157777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039FF4" w14:textId="77777777" w:rsidR="00157777" w:rsidRDefault="00A26DA5" w:rsidP="00CD61B0">
            <w:r w:rsidRPr="00A26DA5">
              <w:rPr>
                <w:rFonts w:ascii="Calibri" w:hAnsi="Calibri"/>
                <w:sz w:val="21"/>
              </w:rPr>
              <w:t>krastija@gmail.com</w:t>
            </w:r>
          </w:p>
        </w:tc>
      </w:tr>
      <w:tr w:rsidR="008606FA" w14:paraId="2A3C32D8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F95F31" w14:textId="77777777" w:rsidR="00157777" w:rsidRDefault="00157777" w:rsidP="0015777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Ivana Viljevac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C5BFFD" w14:textId="77777777" w:rsidR="00157777" w:rsidRDefault="00380887" w:rsidP="00CD61B0">
            <w:r>
              <w:t>Kabinet kemije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632EB1" w14:textId="77777777" w:rsidR="00157777" w:rsidRPr="00380887" w:rsidRDefault="00157777" w:rsidP="00CD61B0">
            <w:pPr>
              <w:jc w:val="center"/>
              <w:rPr>
                <w:rFonts w:ascii="Times New Roman" w:hAnsi="Times New Roman" w:cs="Times New Roman"/>
              </w:rPr>
            </w:pPr>
            <w:r w:rsidRPr="00380887">
              <w:rPr>
                <w:rFonts w:ascii="Times New Roman" w:hAnsi="Times New Roman" w:cs="Times New Roman"/>
                <w:sz w:val="21"/>
              </w:rPr>
              <w:t>Srijeda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0317B7" w14:textId="77777777" w:rsidR="00157777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B1920A" w14:textId="77777777" w:rsidR="00157777" w:rsidRDefault="00A26DA5" w:rsidP="00CD61B0">
            <w:r w:rsidRPr="00A26DA5">
              <w:rPr>
                <w:rFonts w:ascii="Calibri" w:hAnsi="Calibri"/>
                <w:sz w:val="21"/>
              </w:rPr>
              <w:t>ivanamijatovic22@gmail.com</w:t>
            </w:r>
          </w:p>
        </w:tc>
      </w:tr>
      <w:tr w:rsidR="008606FA" w14:paraId="6ECCEAD1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775E8F" w14:textId="77777777" w:rsidR="00157777" w:rsidRDefault="00157777" w:rsidP="00CD61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>Anamarija Vučković</w:t>
            </w:r>
          </w:p>
        </w:tc>
        <w:tc>
          <w:tcPr>
            <w:tcW w:w="1763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7388D7" w14:textId="77777777" w:rsidR="00157777" w:rsidRDefault="00380887" w:rsidP="00CD61B0">
            <w:r>
              <w:t>Kabinet stranih jezika</w:t>
            </w:r>
          </w:p>
        </w:tc>
        <w:tc>
          <w:tcPr>
            <w:tcW w:w="1419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55615F" w14:textId="77777777" w:rsidR="00157777" w:rsidRPr="00380887" w:rsidRDefault="009843CC" w:rsidP="00CD61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Utora</w:t>
            </w:r>
            <w:r w:rsidR="00157777" w:rsidRPr="00380887">
              <w:rPr>
                <w:rFonts w:ascii="Times New Roman" w:hAnsi="Times New Roman" w:cs="Times New Roman"/>
                <w:sz w:val="21"/>
              </w:rPr>
              <w:t>k</w:t>
            </w:r>
          </w:p>
        </w:tc>
        <w:tc>
          <w:tcPr>
            <w:tcW w:w="206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853502" w14:textId="77777777" w:rsidR="00157777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4F49BF" w14:textId="77777777" w:rsidR="00157777" w:rsidRDefault="00A26DA5" w:rsidP="00CD61B0">
            <w:r w:rsidRPr="00A26DA5">
              <w:rPr>
                <w:rFonts w:ascii="Calibri" w:hAnsi="Calibri"/>
                <w:sz w:val="21"/>
              </w:rPr>
              <w:t>anamarija.vuckovic2@skole.hr</w:t>
            </w:r>
          </w:p>
        </w:tc>
      </w:tr>
      <w:tr w:rsidR="008606FA" w14:paraId="592B6B46" w14:textId="77777777" w:rsidTr="008606FA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594A3D" w14:textId="77777777" w:rsidR="00157777" w:rsidRDefault="00157777" w:rsidP="00CD61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Dragan Zubak</w:t>
            </w:r>
          </w:p>
        </w:tc>
        <w:tc>
          <w:tcPr>
            <w:tcW w:w="1763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81D8CE" w14:textId="77777777" w:rsidR="00157777" w:rsidRDefault="00380887" w:rsidP="00CD61B0">
            <w:r>
              <w:t>Kabinet povijesti i geografije</w:t>
            </w:r>
          </w:p>
        </w:tc>
        <w:tc>
          <w:tcPr>
            <w:tcW w:w="1419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673E17" w14:textId="77777777" w:rsidR="00157777" w:rsidRPr="00380887" w:rsidRDefault="009843CC" w:rsidP="00CD61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Utora</w:t>
            </w:r>
            <w:r w:rsidR="00157777" w:rsidRPr="00380887">
              <w:rPr>
                <w:rFonts w:ascii="Times New Roman" w:hAnsi="Times New Roman" w:cs="Times New Roman"/>
                <w:sz w:val="21"/>
              </w:rPr>
              <w:t>k</w:t>
            </w:r>
          </w:p>
        </w:tc>
        <w:tc>
          <w:tcPr>
            <w:tcW w:w="206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C5B75F" w14:textId="77777777" w:rsidR="00157777" w:rsidRPr="00161B77" w:rsidRDefault="00161B77" w:rsidP="00161B77">
            <w:pPr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Nakon </w:t>
            </w:r>
            <w:r w:rsidRPr="00161B77">
              <w:rPr>
                <w:rFonts w:ascii="Times New Roman" w:hAnsi="Times New Roman" w:cs="Times New Roman"/>
                <w:sz w:val="21"/>
              </w:rPr>
              <w:t>dogovor</w:t>
            </w:r>
            <w:r>
              <w:rPr>
                <w:rFonts w:ascii="Times New Roman" w:hAnsi="Times New Roman" w:cs="Times New Roman"/>
                <w:sz w:val="21"/>
              </w:rPr>
              <w:t>a</w:t>
            </w:r>
            <w:r w:rsidRPr="00161B77">
              <w:rPr>
                <w:rFonts w:ascii="Times New Roman" w:hAnsi="Times New Roman" w:cs="Times New Roman"/>
                <w:sz w:val="21"/>
              </w:rPr>
              <w:t xml:space="preserve"> roditelja </w:t>
            </w:r>
            <w:r>
              <w:rPr>
                <w:rFonts w:ascii="Times New Roman" w:hAnsi="Times New Roman" w:cs="Times New Roman"/>
                <w:sz w:val="21"/>
              </w:rPr>
              <w:t xml:space="preserve">i </w:t>
            </w:r>
            <w:r w:rsidRPr="00161B77">
              <w:rPr>
                <w:rFonts w:ascii="Times New Roman" w:hAnsi="Times New Roman" w:cs="Times New Roman"/>
                <w:sz w:val="21"/>
              </w:rPr>
              <w:t>razrednika</w:t>
            </w:r>
          </w:p>
        </w:tc>
        <w:tc>
          <w:tcPr>
            <w:tcW w:w="255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188822" w14:textId="77777777" w:rsidR="00157777" w:rsidRDefault="00A26DA5" w:rsidP="00CD61B0">
            <w:r w:rsidRPr="00A26DA5">
              <w:rPr>
                <w:rFonts w:ascii="Calibri" w:hAnsi="Calibri"/>
                <w:sz w:val="21"/>
              </w:rPr>
              <w:t>dragan.zubak@skole.hr</w:t>
            </w:r>
          </w:p>
        </w:tc>
      </w:tr>
    </w:tbl>
    <w:p w14:paraId="71BF3DFC" w14:textId="77777777" w:rsidR="00157777" w:rsidRDefault="00157777" w:rsidP="00157777"/>
    <w:p w14:paraId="50B9D96B" w14:textId="77777777" w:rsidR="006B332B" w:rsidRDefault="006B332B" w:rsidP="006B332B"/>
    <w:bookmarkEnd w:id="3"/>
    <w:p w14:paraId="04D6B4DE" w14:textId="77777777" w:rsidR="00BA44F3" w:rsidRDefault="00BA44F3"/>
    <w:bookmarkEnd w:id="2"/>
    <w:p w14:paraId="3BE557B4" w14:textId="77777777" w:rsidR="00BA44F3" w:rsidRPr="006B332B" w:rsidRDefault="00CE2302">
      <w:pPr>
        <w:rPr>
          <w:i/>
          <w:sz w:val="32"/>
          <w:szCs w:val="32"/>
        </w:rPr>
      </w:pPr>
      <w:r w:rsidRPr="006B332B">
        <w:rPr>
          <w:rFonts w:ascii="Calibri" w:hAnsi="Calibri"/>
          <w:b/>
          <w:i/>
          <w:sz w:val="32"/>
          <w:szCs w:val="32"/>
        </w:rPr>
        <w:t xml:space="preserve">Važne napomene za  </w:t>
      </w:r>
      <w:r w:rsidR="005F01FC" w:rsidRPr="006B332B">
        <w:rPr>
          <w:rFonts w:ascii="Calibri" w:hAnsi="Calibri"/>
          <w:b/>
          <w:i/>
          <w:sz w:val="32"/>
          <w:szCs w:val="32"/>
        </w:rPr>
        <w:t>roditelje</w:t>
      </w:r>
      <w:r w:rsidRPr="006B332B">
        <w:rPr>
          <w:rFonts w:ascii="Calibri" w:hAnsi="Calibri"/>
          <w:b/>
          <w:i/>
          <w:sz w:val="32"/>
          <w:szCs w:val="32"/>
        </w:rPr>
        <w:t>:</w:t>
      </w:r>
    </w:p>
    <w:p w14:paraId="686270ED" w14:textId="77777777" w:rsidR="00BA44F3" w:rsidRPr="006B332B" w:rsidRDefault="00CE2302">
      <w:pPr>
        <w:pStyle w:val="Grafikeoznake"/>
        <w:rPr>
          <w:sz w:val="28"/>
          <w:szCs w:val="28"/>
        </w:rPr>
      </w:pPr>
      <w:r w:rsidRPr="006B332B">
        <w:rPr>
          <w:b/>
          <w:sz w:val="28"/>
          <w:szCs w:val="28"/>
        </w:rPr>
        <w:t xml:space="preserve">Najava e-mailom: </w:t>
      </w:r>
      <w:r w:rsidRPr="006B332B">
        <w:rPr>
          <w:sz w:val="28"/>
          <w:szCs w:val="28"/>
        </w:rPr>
        <w:t xml:space="preserve">Molimo </w:t>
      </w:r>
      <w:r w:rsidR="005F01FC" w:rsidRPr="006B332B">
        <w:rPr>
          <w:sz w:val="28"/>
          <w:szCs w:val="28"/>
        </w:rPr>
        <w:t>roditelje</w:t>
      </w:r>
      <w:r w:rsidRPr="006B332B">
        <w:rPr>
          <w:sz w:val="28"/>
          <w:szCs w:val="28"/>
        </w:rPr>
        <w:t xml:space="preserve"> da se obavezno najave nastavniku e-mailom najkasnije </w:t>
      </w:r>
      <w:r w:rsidR="005F01FC" w:rsidRPr="006B332B">
        <w:rPr>
          <w:sz w:val="28"/>
          <w:szCs w:val="28"/>
        </w:rPr>
        <w:t>48</w:t>
      </w:r>
      <w:r w:rsidRPr="006B332B">
        <w:rPr>
          <w:sz w:val="28"/>
          <w:szCs w:val="28"/>
        </w:rPr>
        <w:t xml:space="preserve"> sat</w:t>
      </w:r>
      <w:r w:rsidR="005F01FC" w:rsidRPr="006B332B">
        <w:rPr>
          <w:sz w:val="28"/>
          <w:szCs w:val="28"/>
        </w:rPr>
        <w:t>i</w:t>
      </w:r>
      <w:r w:rsidRPr="006B332B">
        <w:rPr>
          <w:sz w:val="28"/>
          <w:szCs w:val="28"/>
        </w:rPr>
        <w:t xml:space="preserve"> prije termina konzultacija.</w:t>
      </w:r>
    </w:p>
    <w:p w14:paraId="23931A74" w14:textId="77777777" w:rsidR="00BA44F3" w:rsidRPr="006B332B" w:rsidRDefault="00CE2302">
      <w:pPr>
        <w:pStyle w:val="Grafikeoznake"/>
        <w:rPr>
          <w:sz w:val="28"/>
          <w:szCs w:val="28"/>
        </w:rPr>
      </w:pPr>
      <w:r w:rsidRPr="006B332B">
        <w:rPr>
          <w:b/>
          <w:sz w:val="28"/>
          <w:szCs w:val="28"/>
        </w:rPr>
        <w:t xml:space="preserve">Promjene rasporeda: </w:t>
      </w:r>
      <w:r w:rsidRPr="006B332B">
        <w:rPr>
          <w:sz w:val="28"/>
          <w:szCs w:val="28"/>
        </w:rPr>
        <w:t xml:space="preserve">U slučaju službene spriječenosti nastavnika, obavijest o odgodi bit će </w:t>
      </w:r>
      <w:r w:rsidR="005F01FC" w:rsidRPr="006B332B">
        <w:rPr>
          <w:sz w:val="28"/>
          <w:szCs w:val="28"/>
        </w:rPr>
        <w:t>na vrijeme javljena roditelju</w:t>
      </w:r>
      <w:r w:rsidR="006B332B" w:rsidRPr="006B332B">
        <w:rPr>
          <w:sz w:val="28"/>
          <w:szCs w:val="28"/>
        </w:rPr>
        <w:t>.</w:t>
      </w:r>
    </w:p>
    <w:p w14:paraId="5D6A8C43" w14:textId="77777777" w:rsidR="006B332B" w:rsidRPr="006B332B" w:rsidRDefault="006B332B">
      <w:pPr>
        <w:pStyle w:val="Grafikeoznake"/>
        <w:rPr>
          <w:sz w:val="28"/>
          <w:szCs w:val="28"/>
        </w:rPr>
      </w:pPr>
      <w:r w:rsidRPr="006B332B">
        <w:rPr>
          <w:b/>
          <w:sz w:val="28"/>
          <w:szCs w:val="28"/>
        </w:rPr>
        <w:t>VAŽNO!</w:t>
      </w:r>
      <w:r w:rsidRPr="006B332B">
        <w:rPr>
          <w:sz w:val="28"/>
          <w:szCs w:val="28"/>
        </w:rPr>
        <w:t>!!!!</w:t>
      </w:r>
    </w:p>
    <w:p w14:paraId="5B93C20D" w14:textId="77777777" w:rsidR="006B332B" w:rsidRPr="006B332B" w:rsidRDefault="006B332B" w:rsidP="006B332B">
      <w:pPr>
        <w:pStyle w:val="Grafikeoznake"/>
        <w:numPr>
          <w:ilvl w:val="0"/>
          <w:numId w:val="0"/>
        </w:numPr>
        <w:ind w:left="360"/>
        <w:rPr>
          <w:sz w:val="28"/>
          <w:szCs w:val="28"/>
        </w:rPr>
      </w:pPr>
      <w:r w:rsidRPr="006B332B">
        <w:rPr>
          <w:sz w:val="28"/>
          <w:szCs w:val="28"/>
        </w:rPr>
        <w:t>Poštovani roditelji/skrbnici,</w:t>
      </w:r>
    </w:p>
    <w:p w14:paraId="4E885326" w14:textId="77777777" w:rsidR="006B332B" w:rsidRPr="006B332B" w:rsidRDefault="006B332B" w:rsidP="006B332B">
      <w:pPr>
        <w:pStyle w:val="Grafikeoznake"/>
        <w:numPr>
          <w:ilvl w:val="0"/>
          <w:numId w:val="0"/>
        </w:numPr>
        <w:ind w:left="360"/>
        <w:rPr>
          <w:sz w:val="28"/>
          <w:szCs w:val="28"/>
        </w:rPr>
      </w:pPr>
      <w:r w:rsidRPr="006B332B">
        <w:rPr>
          <w:sz w:val="28"/>
          <w:szCs w:val="28"/>
        </w:rPr>
        <w:t>obavještavamo vas da će informativni razgovori s predmetnim nastavnicima biti omogućeni nakon prethodno obavljenog razgovora s razrednikom/razrednicom ili stručnim suradnikom pedagogom.</w:t>
      </w:r>
    </w:p>
    <w:p w14:paraId="5EEABE42" w14:textId="77777777" w:rsidR="006B332B" w:rsidRPr="006B332B" w:rsidRDefault="006B332B" w:rsidP="006B332B">
      <w:pPr>
        <w:pStyle w:val="Grafikeoznake"/>
        <w:numPr>
          <w:ilvl w:val="0"/>
          <w:numId w:val="0"/>
        </w:numPr>
        <w:ind w:left="360"/>
        <w:rPr>
          <w:sz w:val="28"/>
          <w:szCs w:val="28"/>
        </w:rPr>
      </w:pPr>
      <w:r w:rsidRPr="006B332B">
        <w:rPr>
          <w:sz w:val="28"/>
          <w:szCs w:val="28"/>
        </w:rPr>
        <w:t>Ukoliko nakon razgovora s razrednikom/razrednicom ili pedagogom postoji potreba za dodatnim razgovorom s predmetnim nastavnikom, razgovor će biti omogućen, ali uz prisustvo razrednika/razrednice ili stručnog suradnika pedagoga.</w:t>
      </w:r>
    </w:p>
    <w:p w14:paraId="6E91C191" w14:textId="77777777" w:rsidR="006B332B" w:rsidRPr="006B332B" w:rsidRDefault="006B332B" w:rsidP="006B332B">
      <w:pPr>
        <w:pStyle w:val="Grafikeoznake"/>
        <w:numPr>
          <w:ilvl w:val="0"/>
          <w:numId w:val="0"/>
        </w:numPr>
        <w:ind w:left="360"/>
        <w:rPr>
          <w:sz w:val="28"/>
          <w:szCs w:val="28"/>
        </w:rPr>
      </w:pPr>
      <w:r w:rsidRPr="006B332B">
        <w:rPr>
          <w:sz w:val="28"/>
          <w:szCs w:val="28"/>
        </w:rPr>
        <w:t>Molimo vas za razumijevanje i poštivanje navedenog postupka, koji je usmjeren na kvalitetnu, učinkovitu i cjelovitu komunikaciju u interesu učenika.</w:t>
      </w:r>
    </w:p>
    <w:p w14:paraId="68BBBE7A" w14:textId="77777777" w:rsidR="006B332B" w:rsidRPr="006B332B" w:rsidRDefault="006B332B" w:rsidP="006B332B">
      <w:pPr>
        <w:pStyle w:val="Grafikeoznake"/>
        <w:numPr>
          <w:ilvl w:val="0"/>
          <w:numId w:val="0"/>
        </w:numPr>
        <w:ind w:left="360"/>
        <w:rPr>
          <w:sz w:val="28"/>
          <w:szCs w:val="28"/>
        </w:rPr>
      </w:pPr>
    </w:p>
    <w:p w14:paraId="05873041" w14:textId="77777777" w:rsidR="006B332B" w:rsidRPr="006B332B" w:rsidRDefault="006B332B" w:rsidP="006B332B">
      <w:pPr>
        <w:pStyle w:val="Grafikeoznake"/>
        <w:numPr>
          <w:ilvl w:val="0"/>
          <w:numId w:val="0"/>
        </w:numPr>
        <w:ind w:left="360"/>
        <w:rPr>
          <w:sz w:val="28"/>
          <w:szCs w:val="28"/>
        </w:rPr>
      </w:pPr>
      <w:r w:rsidRPr="006B332B">
        <w:rPr>
          <w:sz w:val="28"/>
          <w:szCs w:val="28"/>
        </w:rPr>
        <w:t>Hvala na suradnji i razumijevanju.</w:t>
      </w:r>
    </w:p>
    <w:sectPr w:rsidR="006B332B" w:rsidRPr="006B332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A44875"/>
    <w:multiLevelType w:val="multilevel"/>
    <w:tmpl w:val="FD04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202AA7"/>
    <w:multiLevelType w:val="hybridMultilevel"/>
    <w:tmpl w:val="BE22CAB4"/>
    <w:lvl w:ilvl="0" w:tplc="737248B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77A9"/>
    <w:rsid w:val="00034616"/>
    <w:rsid w:val="0006063C"/>
    <w:rsid w:val="0015074B"/>
    <w:rsid w:val="00157777"/>
    <w:rsid w:val="00161B77"/>
    <w:rsid w:val="00263C22"/>
    <w:rsid w:val="0029639D"/>
    <w:rsid w:val="00326F90"/>
    <w:rsid w:val="00380887"/>
    <w:rsid w:val="005F01FC"/>
    <w:rsid w:val="00624F02"/>
    <w:rsid w:val="006B332B"/>
    <w:rsid w:val="00713F46"/>
    <w:rsid w:val="008606FA"/>
    <w:rsid w:val="0089679C"/>
    <w:rsid w:val="008C176D"/>
    <w:rsid w:val="009843CC"/>
    <w:rsid w:val="00A26DA5"/>
    <w:rsid w:val="00AA1D8D"/>
    <w:rsid w:val="00B47730"/>
    <w:rsid w:val="00B64435"/>
    <w:rsid w:val="00BA44F3"/>
    <w:rsid w:val="00CB0664"/>
    <w:rsid w:val="00CE2302"/>
    <w:rsid w:val="00DE00AA"/>
    <w:rsid w:val="00FA04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50642"/>
  <w14:defaultImageDpi w14:val="300"/>
  <w15:docId w15:val="{D3636375-4D49-4848-BA8A-B3716AE1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5F01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84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84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5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64C202-0AFA-470A-B95A-7F1C569DE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838</Words>
  <Characters>4779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miko</cp:lastModifiedBy>
  <cp:revision>8</cp:revision>
  <cp:lastPrinted>2026-09-23T14:46:00Z</cp:lastPrinted>
  <dcterms:created xsi:type="dcterms:W3CDTF">2026-09-03T18:20:00Z</dcterms:created>
  <dcterms:modified xsi:type="dcterms:W3CDTF">2026-09-23T17:37:00Z</dcterms:modified>
  <cp:category/>
</cp:coreProperties>
</file>